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כתבה בשבוע: חדשות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של כתבות חדשות בעברית קלה בקצב קבוע וקבוע מראש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בבירור בין עובדה לדעה ולזהות קשרים לוגיים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דעה מנומקת בכתיבה על בסיס מידע מהכתבה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הרגל של תיעוד וסיכום קריאה שבועי ביומן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מכירים כתבת חדשות – היכרות עם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דבורים שמשחקות בכדור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דבורי בומבוס וחוקרים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למשוך תשומת לב ולתת מושג על הנושא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מכירים כתבת חדשות – מבנה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פרט או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צעירות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מכירים כתבת חדשות – התאמת חלקי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(דבורים שמשחקות בכדור)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(ניסוי חדש מראה שגם לחרקים יש זמן לכיף)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(תיאור הזירה והניסוי)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(הסבר למה התגלית חשובה)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מכירים כתבת חדשות – מה קרה בניסוי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בכתבה נכתב שהן עשו זאת בלי לקבל שום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בסוף הכתבה, כי זה רק מחקר 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עובדה מול דעה – מה זה משפט עובדה ומה זה משפט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עובדה מבוססת על דברים שקרו או נמדדו, ואפשר לבדוק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דעה היא מה שאדם חושב או מרגיש, ולא דבר שקרה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זהו תיאור של מה שהחוקרים בנו בניסוי, אפשר לבדוק אותו - זו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בכתבה טובה יש גם עובדות מהניסוי וגם פרשנות או דעה של החוקרים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עובדה מול דעה – זיהוי במשפטים מהכתבה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עובדה מול דעה – התאמה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(עובדה)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(עובדה)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עובדה מול דעה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להוכיח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קשרים לוגיים בכתבה – זיהוי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קשרים לוגיים בכתבה – הבנה ושימוש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"אולי" מביעה השערה זהירה, לא ודאות – כי זה מחקר ראשון.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מחברת בין ממצאי המחקר לבין מה שקורה בגינה שלנו.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קשרים לוגיים בכתבה – השלמת משפטים מהכתבה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קשרים לוגיים בכתבה – התאמת מילה לתפקיד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(נותנת סיבה או הסבר)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(מראה ניגוד בין שני רעיונות)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(מביעה השערה לא ודאית)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(מעבירה בין רעיון לרעיון או מציינת זמן)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בונים טיעון ומנסחים דעה – עובדה או דעה?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המשפט מראה שהמחקר הוא רק התחלה ועוד לא ידוע הכל בוודאות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ממצא שהחוקרים ראו בפועל בזירה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בונים טיעון ומנסחים דעה – זיהוי טענות ונימוקים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אולי גם לחרקים יש רגשות פשוטים, כמו הנאה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נותנת נימוק לטענה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בונים טיעון ומנסחים דעה – קשרים לוגיים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בונים טיעון ומנסחים דעה – מילות קשר ותפקידן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(ניגוד או הפתעה לעומת מה שחשבנו)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(נימוק או הסבר לסיבה)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(השערה, לא ודאות מלאה)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(ציון שלב זמני, עד שיהיה עוד מידע)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יומן הכתבות שלי – מה יש בדף היומן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דף היומן באתר.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היומן נשמר בדפדפן גם בלי הדפסה, ואפשר גם להדפיס אותו.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יומן הכתבות שלי – שלבים והוספת 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סיימתי – לשמור ביומן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עד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יומן הכתבות שלי – השלמת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5 · יומן הכתבות שלי – איזו קטגוריה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(ספורט)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(העולם)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מצביע/ה על דוגמה ברורה לעובדה ולדעה מתוך הטקסט שנקרא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לפחות שתי מילות קישור ומסביר/ה את הקשר שהן יוצרות בין 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הדעה כתובה בבירור ומלווה בנימוק אחד שמבוסס על מידע מהכתבה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הפרקים על פני כמה שבועות, כך שכל שבוע מוקדש לכתבה חדשה ולתרגול אחד מהחוברת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מומלץ להתחיל מהגרסה הקלה עם ניקוד ולהתמקד רק באיתור עובדה מול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משימת כתיבת כתבה קצרה משלהם בעקבות דוגמת המבנה שנלמד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עמוד היומן כפעילות קבועה בסוף כל שיעור, כדי לעודד הרגל קריאה עצמאי לאורך זמן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כתבה בשבוע: חדשות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לומדים לקרוא כתבה קצרה ולהבין אותה. מסמנים עובדה ודעה, וכותבים מה אנחנו חושבים. כל שבוע בוחרים כתבה חדשה.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קצר שמספר על אירוע או נושא אמיתי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שאפשר לבדוק אם הוא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שמישהו חושב או מרגיש, אי אפשר לבדוק אם זה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לוגי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רעיונות, כמו כי, אבל, לכן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שמלווה בהסבר או בסיבה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כותרת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השורה הראשונה שמסכמת את נושא הכתבה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תת-כותרת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קצר מתחת לכותרת שמוסיף פרט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 קריאה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רושמים אילו כתבות קראנו ומה חשבנו עליהן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הגוף או האנשים שמהם מגיע המידע בכתבה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הקראה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האזנה לטקסט הכתבה במקום לקרוא אותו בלבד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מכירים כתבת חדשות – היכרות עם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דבורים שמשחקות בכדור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חרקים בונים זירה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ניסוי עם בומבוס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דבורים אוכלות ממתק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מי מספרת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דבורי בומבוס וחוקרים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ילדים בגן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רופאים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יש כותרת?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למשוך תשומת לב ולתת מושג על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לספר את כל הפרטים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לסיים את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את שם הכותב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מכירים כתבת חדשות – מבנה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תפקיד התת-כותרת הוא לתת __________ נוסף על מה שכתוב בכותרת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המקום שבו החוקרים ערכו את הניסוי עם הדבורים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לפי הכתבה, דבורים __________ גלגלו כדורים יותר מדבורים מבוגרות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מכירים כתבת חדשות – התאמת חלקי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תיאור הזירה והניסוי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תת-כותרת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הסבר למה התגלית חשובה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פסקה ראשונה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ניסוי חדש מראה שגם לחרקים יש זמן לכיף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פסקה אחרונה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דבורים שמשחקות בכדור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מכירים כתבת חדשות – מה קרה בניסוי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קיבלו פרס כשגלגלו את הכדורים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החוקרים אומרים שצריך לעשות עוד ניסויים בנושא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עובדה מול דעה – מה זה משפט עובדה ומה זה משפט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עובדה הוא משפט שאפשר לבדוק אם הוא נכון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דעה מבטא מחשבה, פרשנות או הרגשה של מישהו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בכתבה על הדבורים, המשפט 'בצד אחד של הזירה היה אוכל מתוק' הוא משפט דעה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למצוא גם משפטי עובדה וגם משפטי דעה באותה כתבה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עובדה מול דעה – זיהוי במשפטים מהכתבה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המשפט הזה - עובדה או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המשפט הזה - עובדה או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המשפט הזה - עובדה או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המשפט הזה - עובדה או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עובדה מול דעה – התאמה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בצד אחד של הזירה היה אוכל מתוק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עובדה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אולי היא בדרך למשחק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עובדה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הדבורים יכלו לעבור ליד הכדורים ולהגיע ישר לאוכל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עובדה מול דעה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משפט שאפשר __________ ולבדוק אם הוא נכון נקרא משפט עובדה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קשרים לוגיים בכתבה – זיהוי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מראה שההמשך הפוך ממה שציפינו?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ואז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עונה על 'למה'?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בינתיים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קשרים לוגיים בכתבה – הבנה ושימוש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"אולי" בכתבה מביעה ודאות מוחלטת של החוקרים.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"בינתיים" בסוף הכתבה מעבירה אותנו בין רעיון לרעיון.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קשרים לוגיים בכתבה – השלמת משפטים מהכתבה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הדבורים יכלו להגיע ישר לאוכל, __________ הן עצרו לשחק בכדורים.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גם לחרקים יש רגשות פשוטים, כמו הנאה.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החוקרים אומרים שצריך לעשות עוד ניסויים, __________ זה רק מחקר ראשון.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קשרים לוגיים בכתבה – התאמת מילה לתפקיד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מעבירה בין רעיון לרעיון או מציינת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נותנת סיבה או הסבר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מראה ניגוד בין שני רעיונות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בינתיים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מביעה השערה לא ודאית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בונים טיעון ומנסחים דעה – עובדה או דעה?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'החוקרים אומרים שצריך לעשות עוד ניסויים' הוא מסקנה סופית וודאית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'דבורים צעירות גלגלו כדורים יותר מדבורים מבוגרות' הוא עובדה שנמדדה בניסוי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בונים טיעון ומנסחים דעה – זיהוי טענות ונימוקים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משפט הוא דעה ולא עובדה?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הדבורים עצרו ליד הכדורים וגלגלו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אולי גם לחרקים יש רגשות פשוטים, כמו הנאה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בצד אחד של הזירה היה אוכל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דבורים צעירות גלגלו כדורים יותר ממבוגרות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משמשת המילה 'כי'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מוסיפה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נותנת נימוק לטענה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מביעה ספק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מתארת 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בונים טיעון ומנסחים דעה – קשרים לוגיים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הרבה דבורים עצרו ליד הכדורים וגלגלו אותם שוב ושוב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זה חשוב? אולי גם לחרקים יש רגשות פשוטים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4 · בונים טיעון ומנסחים דעה – מילות קשר ותפקידן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השערה, לא ודאות מלאה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ציון שלב זמני, עד שיהיה עוד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ניגוד או הפתעה לעומת מה שחשבנו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בינתיים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נימוק או הסבר לסיבה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יומן הכתבות שלי – מה יש בדף היומן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ביומן הכתבות שלי אפשר לרשום קטגוריה, כוכבים והמלצה קצרה על כל כתבה שסיימנו.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לא מדפיסים את היומן הוא נמחק ולא נשמר בכלל.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יומן הכתבות שלי – שלבים והוספת 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לוחצים בסוף כדי לשמור את הכתבה ביומן?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סיימתי – לשמור ביומן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מחיקת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הדפסה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שליחה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כוכבים אפשר לתת לכתבה כשממלאים ״כמה אהבתי?״ ביומן?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עד 10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יומן הכתבות שלי – השלמת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בתחתית דף היומן, לפני שמוסיפים כתבות, כתוב: ״היומן עוד __________״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5 · יומן הכתבות שלי – איזו קטגוריה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כתבה על ניסוי מדעי עם דבורים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כתבה על משחק כדורגל או כדורסל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כתבה על חג כמו פסח או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כתבה על יער, ים או חיה בטבע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כתבה על אירוע שקרה במדינה אחרת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ספורט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להבדיל בין משפט עובדה למשפט דעה בכתבה?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מצליח/ה למצוא מילות קישור לוגיות ולהסביר מה תפקידן?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לכתוב דעה שלי על נושא מהכתבה ולנמק אותה במשפט אחד לפחות?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כתבה בשבוע: חדשות בעברית קלה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